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598B5" w14:textId="77777777" w:rsidR="00AA156D" w:rsidRPr="001E63AF" w:rsidRDefault="00000000">
      <w:pPr>
        <w:pStyle w:val="Ttulo1"/>
        <w:rPr>
          <w:color w:val="auto"/>
          <w:lang w:val="pt-BR"/>
        </w:rPr>
      </w:pPr>
      <w:r w:rsidRPr="001E63AF">
        <w:rPr>
          <w:color w:val="auto"/>
          <w:lang w:val="pt-BR"/>
        </w:rPr>
        <w:t>FICHA DE MONITORAMENTO DE SOBREVIVÊNCIA DE MUDAS</w:t>
      </w:r>
    </w:p>
    <w:p w14:paraId="6D90199D" w14:textId="77777777" w:rsidR="00AA156D" w:rsidRPr="001E63AF" w:rsidRDefault="00000000">
      <w:pPr>
        <w:pStyle w:val="Ttulo2"/>
        <w:rPr>
          <w:color w:val="auto"/>
        </w:rPr>
      </w:pPr>
      <w:r w:rsidRPr="001E63AF">
        <w:rPr>
          <w:color w:val="auto"/>
        </w:rPr>
        <w:t xml:space="preserve">1. </w:t>
      </w:r>
      <w:proofErr w:type="spellStart"/>
      <w:r w:rsidRPr="001E63AF">
        <w:rPr>
          <w:color w:val="auto"/>
        </w:rPr>
        <w:t>Identificação</w:t>
      </w:r>
      <w:proofErr w:type="spellEnd"/>
      <w:r w:rsidRPr="001E63AF">
        <w:rPr>
          <w:color w:val="auto"/>
        </w:rPr>
        <w:t xml:space="preserve"> do </w:t>
      </w:r>
      <w:proofErr w:type="spellStart"/>
      <w:r w:rsidRPr="001E63AF">
        <w:rPr>
          <w:color w:val="auto"/>
        </w:rPr>
        <w:t>Projeto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555"/>
      </w:tblGrid>
      <w:tr w:rsidR="00AA156D" w14:paraId="01A6726E" w14:textId="77777777" w:rsidTr="001E63AF">
        <w:tc>
          <w:tcPr>
            <w:tcW w:w="3085" w:type="dxa"/>
          </w:tcPr>
          <w:p w14:paraId="4C338F46" w14:textId="77777777" w:rsidR="00AA156D" w:rsidRDefault="00000000">
            <w:r>
              <w:t xml:space="preserve">Nome do </w:t>
            </w:r>
            <w:proofErr w:type="spellStart"/>
            <w:r>
              <w:t>Projeto</w:t>
            </w:r>
            <w:proofErr w:type="spellEnd"/>
          </w:p>
        </w:tc>
        <w:tc>
          <w:tcPr>
            <w:tcW w:w="5555" w:type="dxa"/>
          </w:tcPr>
          <w:p w14:paraId="710C585A" w14:textId="77777777" w:rsidR="00AA156D" w:rsidRDefault="00AA156D"/>
        </w:tc>
      </w:tr>
      <w:tr w:rsidR="00AA156D" w14:paraId="7B09BCA5" w14:textId="77777777" w:rsidTr="001E63AF">
        <w:tc>
          <w:tcPr>
            <w:tcW w:w="3085" w:type="dxa"/>
          </w:tcPr>
          <w:p w14:paraId="698091A4" w14:textId="77777777" w:rsidR="00AA156D" w:rsidRDefault="00000000">
            <w:r>
              <w:t>ID do Local</w:t>
            </w:r>
          </w:p>
        </w:tc>
        <w:tc>
          <w:tcPr>
            <w:tcW w:w="5555" w:type="dxa"/>
          </w:tcPr>
          <w:p w14:paraId="04603CD0" w14:textId="77777777" w:rsidR="00AA156D" w:rsidRDefault="00AA156D"/>
        </w:tc>
      </w:tr>
      <w:tr w:rsidR="00AA156D" w14:paraId="434BE251" w14:textId="77777777" w:rsidTr="001E63AF">
        <w:tc>
          <w:tcPr>
            <w:tcW w:w="3085" w:type="dxa"/>
          </w:tcPr>
          <w:p w14:paraId="3F96F1EA" w14:textId="77777777" w:rsidR="00AA156D" w:rsidRDefault="00000000">
            <w:r>
              <w:t>Implementador</w:t>
            </w:r>
          </w:p>
        </w:tc>
        <w:tc>
          <w:tcPr>
            <w:tcW w:w="5555" w:type="dxa"/>
          </w:tcPr>
          <w:p w14:paraId="1CCB6E1C" w14:textId="77777777" w:rsidR="00AA156D" w:rsidRDefault="00AA156D"/>
        </w:tc>
      </w:tr>
      <w:tr w:rsidR="00AA156D" w14:paraId="619C17E3" w14:textId="77777777" w:rsidTr="001E63AF">
        <w:tc>
          <w:tcPr>
            <w:tcW w:w="3085" w:type="dxa"/>
          </w:tcPr>
          <w:p w14:paraId="51361577" w14:textId="77777777" w:rsidR="00AA156D" w:rsidRDefault="00000000">
            <w:r>
              <w:t>Nome do Avaliador</w:t>
            </w:r>
          </w:p>
        </w:tc>
        <w:tc>
          <w:tcPr>
            <w:tcW w:w="5555" w:type="dxa"/>
          </w:tcPr>
          <w:p w14:paraId="22E2607B" w14:textId="77777777" w:rsidR="00AA156D" w:rsidRDefault="00AA156D"/>
        </w:tc>
      </w:tr>
      <w:tr w:rsidR="00AA156D" w14:paraId="10272935" w14:textId="77777777" w:rsidTr="001E63AF">
        <w:tc>
          <w:tcPr>
            <w:tcW w:w="3085" w:type="dxa"/>
          </w:tcPr>
          <w:p w14:paraId="3C4D4B10" w14:textId="77777777" w:rsidR="00AA156D" w:rsidRDefault="00000000">
            <w:r>
              <w:t>Data da Avaliação</w:t>
            </w:r>
          </w:p>
        </w:tc>
        <w:tc>
          <w:tcPr>
            <w:tcW w:w="5555" w:type="dxa"/>
          </w:tcPr>
          <w:p w14:paraId="7C45785B" w14:textId="77777777" w:rsidR="00AA156D" w:rsidRDefault="00AA156D"/>
        </w:tc>
      </w:tr>
      <w:tr w:rsidR="00AA156D" w14:paraId="0B2C0ED4" w14:textId="77777777" w:rsidTr="001E63AF">
        <w:tc>
          <w:tcPr>
            <w:tcW w:w="3085" w:type="dxa"/>
          </w:tcPr>
          <w:p w14:paraId="49648A54" w14:textId="77777777" w:rsidR="00AA156D" w:rsidRDefault="00000000">
            <w:r>
              <w:t>Período de Reporte</w:t>
            </w:r>
          </w:p>
        </w:tc>
        <w:tc>
          <w:tcPr>
            <w:tcW w:w="5555" w:type="dxa"/>
          </w:tcPr>
          <w:p w14:paraId="311B9B92" w14:textId="77777777" w:rsidR="00AA156D" w:rsidRDefault="00AA156D"/>
        </w:tc>
      </w:tr>
      <w:tr w:rsidR="00AA156D" w14:paraId="7FE0E260" w14:textId="77777777" w:rsidTr="001E63AF">
        <w:tc>
          <w:tcPr>
            <w:tcW w:w="3085" w:type="dxa"/>
          </w:tcPr>
          <w:p w14:paraId="344185E0" w14:textId="77777777" w:rsidR="00AA156D" w:rsidRDefault="00000000">
            <w:r>
              <w:t>Coordenadas GPS da Parcela</w:t>
            </w:r>
          </w:p>
        </w:tc>
        <w:tc>
          <w:tcPr>
            <w:tcW w:w="5555" w:type="dxa"/>
          </w:tcPr>
          <w:p w14:paraId="50B9B851" w14:textId="77777777" w:rsidR="00AA156D" w:rsidRDefault="00AA156D"/>
        </w:tc>
      </w:tr>
      <w:tr w:rsidR="00AA156D" w14:paraId="3468395C" w14:textId="77777777" w:rsidTr="001E63AF">
        <w:tc>
          <w:tcPr>
            <w:tcW w:w="3085" w:type="dxa"/>
          </w:tcPr>
          <w:p w14:paraId="71596CBE" w14:textId="77777777" w:rsidR="00AA156D" w:rsidRDefault="00000000">
            <w:r>
              <w:t>Área/Parcela</w:t>
            </w:r>
          </w:p>
        </w:tc>
        <w:tc>
          <w:tcPr>
            <w:tcW w:w="5555" w:type="dxa"/>
          </w:tcPr>
          <w:p w14:paraId="0EAD9635" w14:textId="77777777" w:rsidR="00AA156D" w:rsidRDefault="00AA156D"/>
        </w:tc>
      </w:tr>
    </w:tbl>
    <w:p w14:paraId="1D6D4A8D" w14:textId="77777777" w:rsidR="00AA156D" w:rsidRPr="001E63AF" w:rsidRDefault="00000000">
      <w:pPr>
        <w:pStyle w:val="Ttulo2"/>
        <w:rPr>
          <w:color w:val="auto"/>
        </w:rPr>
      </w:pPr>
      <w:r w:rsidRPr="001E63AF">
        <w:rPr>
          <w:color w:val="auto"/>
        </w:rPr>
        <w:t>2. Contagem de Mudas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AA156D" w14:paraId="39BCCB2D" w14:textId="77777777" w:rsidTr="001E63AF">
        <w:tc>
          <w:tcPr>
            <w:tcW w:w="1440" w:type="dxa"/>
          </w:tcPr>
          <w:p w14:paraId="04D1CBAF" w14:textId="77777777" w:rsidR="00AA156D" w:rsidRDefault="00000000">
            <w:r>
              <w:t>Espécie</w:t>
            </w:r>
          </w:p>
        </w:tc>
        <w:tc>
          <w:tcPr>
            <w:tcW w:w="1440" w:type="dxa"/>
          </w:tcPr>
          <w:p w14:paraId="7F7F9E7C" w14:textId="77777777" w:rsidR="00AA156D" w:rsidRDefault="00000000">
            <w:r>
              <w:t>Plantadas (NMT)</w:t>
            </w:r>
          </w:p>
        </w:tc>
        <w:tc>
          <w:tcPr>
            <w:tcW w:w="1440" w:type="dxa"/>
          </w:tcPr>
          <w:p w14:paraId="5DEFF7CD" w14:textId="77777777" w:rsidR="00AA156D" w:rsidRDefault="00000000">
            <w:r>
              <w:t>Vivas</w:t>
            </w:r>
          </w:p>
        </w:tc>
        <w:tc>
          <w:tcPr>
            <w:tcW w:w="1440" w:type="dxa"/>
          </w:tcPr>
          <w:p w14:paraId="5A025DF2" w14:textId="77777777" w:rsidR="00AA156D" w:rsidRDefault="00000000">
            <w:r>
              <w:t>Mortas</w:t>
            </w:r>
          </w:p>
        </w:tc>
        <w:tc>
          <w:tcPr>
            <w:tcW w:w="1440" w:type="dxa"/>
          </w:tcPr>
          <w:p w14:paraId="27DAEB07" w14:textId="77777777" w:rsidR="00AA156D" w:rsidRDefault="00000000">
            <w:r>
              <w:t>Ausentes</w:t>
            </w:r>
          </w:p>
        </w:tc>
        <w:tc>
          <w:tcPr>
            <w:tcW w:w="1440" w:type="dxa"/>
          </w:tcPr>
          <w:p w14:paraId="1477246B" w14:textId="77777777" w:rsidR="00AA156D" w:rsidRDefault="00000000">
            <w:r>
              <w:t>Observações</w:t>
            </w:r>
          </w:p>
        </w:tc>
      </w:tr>
      <w:tr w:rsidR="00AA156D" w14:paraId="698BFF4B" w14:textId="77777777" w:rsidTr="001E63AF">
        <w:tc>
          <w:tcPr>
            <w:tcW w:w="1440" w:type="dxa"/>
          </w:tcPr>
          <w:p w14:paraId="1ACB60EE" w14:textId="77777777" w:rsidR="00AA156D" w:rsidRDefault="00AA156D"/>
        </w:tc>
        <w:tc>
          <w:tcPr>
            <w:tcW w:w="1440" w:type="dxa"/>
          </w:tcPr>
          <w:p w14:paraId="07524D4D" w14:textId="77777777" w:rsidR="00AA156D" w:rsidRDefault="00AA156D"/>
        </w:tc>
        <w:tc>
          <w:tcPr>
            <w:tcW w:w="1440" w:type="dxa"/>
          </w:tcPr>
          <w:p w14:paraId="7B6C3758" w14:textId="77777777" w:rsidR="00AA156D" w:rsidRDefault="00AA156D"/>
        </w:tc>
        <w:tc>
          <w:tcPr>
            <w:tcW w:w="1440" w:type="dxa"/>
          </w:tcPr>
          <w:p w14:paraId="019429E7" w14:textId="77777777" w:rsidR="00AA156D" w:rsidRDefault="00AA156D"/>
        </w:tc>
        <w:tc>
          <w:tcPr>
            <w:tcW w:w="1440" w:type="dxa"/>
          </w:tcPr>
          <w:p w14:paraId="2C182B02" w14:textId="77777777" w:rsidR="00AA156D" w:rsidRDefault="00AA156D"/>
        </w:tc>
        <w:tc>
          <w:tcPr>
            <w:tcW w:w="1440" w:type="dxa"/>
          </w:tcPr>
          <w:p w14:paraId="3636A606" w14:textId="77777777" w:rsidR="00AA156D" w:rsidRDefault="00AA156D"/>
        </w:tc>
      </w:tr>
      <w:tr w:rsidR="00AA156D" w14:paraId="6A430380" w14:textId="77777777" w:rsidTr="001E63AF">
        <w:tc>
          <w:tcPr>
            <w:tcW w:w="1440" w:type="dxa"/>
          </w:tcPr>
          <w:p w14:paraId="3ACDD0F0" w14:textId="77777777" w:rsidR="00AA156D" w:rsidRDefault="00AA156D"/>
        </w:tc>
        <w:tc>
          <w:tcPr>
            <w:tcW w:w="1440" w:type="dxa"/>
          </w:tcPr>
          <w:p w14:paraId="04D56839" w14:textId="77777777" w:rsidR="00AA156D" w:rsidRDefault="00AA156D"/>
        </w:tc>
        <w:tc>
          <w:tcPr>
            <w:tcW w:w="1440" w:type="dxa"/>
          </w:tcPr>
          <w:p w14:paraId="0A0C0ECE" w14:textId="77777777" w:rsidR="00AA156D" w:rsidRDefault="00AA156D"/>
        </w:tc>
        <w:tc>
          <w:tcPr>
            <w:tcW w:w="1440" w:type="dxa"/>
          </w:tcPr>
          <w:p w14:paraId="0BA09BE1" w14:textId="77777777" w:rsidR="00AA156D" w:rsidRDefault="00AA156D"/>
        </w:tc>
        <w:tc>
          <w:tcPr>
            <w:tcW w:w="1440" w:type="dxa"/>
          </w:tcPr>
          <w:p w14:paraId="2B88AC34" w14:textId="77777777" w:rsidR="00AA156D" w:rsidRDefault="00AA156D"/>
        </w:tc>
        <w:tc>
          <w:tcPr>
            <w:tcW w:w="1440" w:type="dxa"/>
          </w:tcPr>
          <w:p w14:paraId="354319D6" w14:textId="77777777" w:rsidR="00AA156D" w:rsidRDefault="00AA156D"/>
        </w:tc>
      </w:tr>
      <w:tr w:rsidR="00AA156D" w14:paraId="55808CA1" w14:textId="77777777" w:rsidTr="001E63AF">
        <w:tc>
          <w:tcPr>
            <w:tcW w:w="1440" w:type="dxa"/>
          </w:tcPr>
          <w:p w14:paraId="27EA40C2" w14:textId="77777777" w:rsidR="00AA156D" w:rsidRDefault="00AA156D"/>
        </w:tc>
        <w:tc>
          <w:tcPr>
            <w:tcW w:w="1440" w:type="dxa"/>
          </w:tcPr>
          <w:p w14:paraId="60C32499" w14:textId="77777777" w:rsidR="00AA156D" w:rsidRDefault="00AA156D"/>
        </w:tc>
        <w:tc>
          <w:tcPr>
            <w:tcW w:w="1440" w:type="dxa"/>
          </w:tcPr>
          <w:p w14:paraId="395FDE6B" w14:textId="77777777" w:rsidR="00AA156D" w:rsidRDefault="00AA156D"/>
        </w:tc>
        <w:tc>
          <w:tcPr>
            <w:tcW w:w="1440" w:type="dxa"/>
          </w:tcPr>
          <w:p w14:paraId="2DE48ABC" w14:textId="77777777" w:rsidR="00AA156D" w:rsidRDefault="00AA156D"/>
        </w:tc>
        <w:tc>
          <w:tcPr>
            <w:tcW w:w="1440" w:type="dxa"/>
          </w:tcPr>
          <w:p w14:paraId="33AB1C4C" w14:textId="77777777" w:rsidR="00AA156D" w:rsidRDefault="00AA156D"/>
        </w:tc>
        <w:tc>
          <w:tcPr>
            <w:tcW w:w="1440" w:type="dxa"/>
          </w:tcPr>
          <w:p w14:paraId="46696CD2" w14:textId="77777777" w:rsidR="00AA156D" w:rsidRDefault="00AA156D"/>
        </w:tc>
      </w:tr>
      <w:tr w:rsidR="00AA156D" w14:paraId="059E82A8" w14:textId="77777777" w:rsidTr="001E63AF">
        <w:tc>
          <w:tcPr>
            <w:tcW w:w="1440" w:type="dxa"/>
          </w:tcPr>
          <w:p w14:paraId="3F9FDC3F" w14:textId="77777777" w:rsidR="00AA156D" w:rsidRDefault="00AA156D"/>
        </w:tc>
        <w:tc>
          <w:tcPr>
            <w:tcW w:w="1440" w:type="dxa"/>
          </w:tcPr>
          <w:p w14:paraId="72D13BF8" w14:textId="77777777" w:rsidR="00AA156D" w:rsidRDefault="00AA156D"/>
        </w:tc>
        <w:tc>
          <w:tcPr>
            <w:tcW w:w="1440" w:type="dxa"/>
          </w:tcPr>
          <w:p w14:paraId="5FF68630" w14:textId="77777777" w:rsidR="00AA156D" w:rsidRDefault="00AA156D"/>
        </w:tc>
        <w:tc>
          <w:tcPr>
            <w:tcW w:w="1440" w:type="dxa"/>
          </w:tcPr>
          <w:p w14:paraId="0F86CB43" w14:textId="77777777" w:rsidR="00AA156D" w:rsidRDefault="00AA156D"/>
        </w:tc>
        <w:tc>
          <w:tcPr>
            <w:tcW w:w="1440" w:type="dxa"/>
          </w:tcPr>
          <w:p w14:paraId="41308B6D" w14:textId="77777777" w:rsidR="00AA156D" w:rsidRDefault="00AA156D"/>
        </w:tc>
        <w:tc>
          <w:tcPr>
            <w:tcW w:w="1440" w:type="dxa"/>
          </w:tcPr>
          <w:p w14:paraId="7E61B660" w14:textId="77777777" w:rsidR="00AA156D" w:rsidRDefault="00AA156D"/>
        </w:tc>
      </w:tr>
      <w:tr w:rsidR="00AA156D" w14:paraId="5E801BDD" w14:textId="77777777" w:rsidTr="001E63AF">
        <w:tc>
          <w:tcPr>
            <w:tcW w:w="1440" w:type="dxa"/>
          </w:tcPr>
          <w:p w14:paraId="2D070B39" w14:textId="77777777" w:rsidR="00AA156D" w:rsidRDefault="00AA156D"/>
        </w:tc>
        <w:tc>
          <w:tcPr>
            <w:tcW w:w="1440" w:type="dxa"/>
          </w:tcPr>
          <w:p w14:paraId="02465949" w14:textId="77777777" w:rsidR="00AA156D" w:rsidRDefault="00AA156D"/>
        </w:tc>
        <w:tc>
          <w:tcPr>
            <w:tcW w:w="1440" w:type="dxa"/>
          </w:tcPr>
          <w:p w14:paraId="5FDBF53F" w14:textId="77777777" w:rsidR="00AA156D" w:rsidRDefault="00AA156D"/>
        </w:tc>
        <w:tc>
          <w:tcPr>
            <w:tcW w:w="1440" w:type="dxa"/>
          </w:tcPr>
          <w:p w14:paraId="145C66C8" w14:textId="77777777" w:rsidR="00AA156D" w:rsidRDefault="00AA156D"/>
        </w:tc>
        <w:tc>
          <w:tcPr>
            <w:tcW w:w="1440" w:type="dxa"/>
          </w:tcPr>
          <w:p w14:paraId="37DFB88F" w14:textId="77777777" w:rsidR="00AA156D" w:rsidRDefault="00AA156D"/>
        </w:tc>
        <w:tc>
          <w:tcPr>
            <w:tcW w:w="1440" w:type="dxa"/>
          </w:tcPr>
          <w:p w14:paraId="1CB81EBE" w14:textId="77777777" w:rsidR="00AA156D" w:rsidRDefault="00AA156D"/>
        </w:tc>
      </w:tr>
      <w:tr w:rsidR="00AA156D" w14:paraId="14105009" w14:textId="77777777" w:rsidTr="001E63AF">
        <w:tc>
          <w:tcPr>
            <w:tcW w:w="1440" w:type="dxa"/>
          </w:tcPr>
          <w:p w14:paraId="73B9DA01" w14:textId="77777777" w:rsidR="00AA156D" w:rsidRDefault="00000000">
            <w:r>
              <w:t>TOTAL</w:t>
            </w:r>
          </w:p>
        </w:tc>
        <w:tc>
          <w:tcPr>
            <w:tcW w:w="1440" w:type="dxa"/>
          </w:tcPr>
          <w:p w14:paraId="3BED47B5" w14:textId="77777777" w:rsidR="00AA156D" w:rsidRDefault="00AA156D"/>
        </w:tc>
        <w:tc>
          <w:tcPr>
            <w:tcW w:w="1440" w:type="dxa"/>
          </w:tcPr>
          <w:p w14:paraId="18E4C199" w14:textId="77777777" w:rsidR="00AA156D" w:rsidRDefault="00AA156D"/>
        </w:tc>
        <w:tc>
          <w:tcPr>
            <w:tcW w:w="1440" w:type="dxa"/>
          </w:tcPr>
          <w:p w14:paraId="1AE3D211" w14:textId="77777777" w:rsidR="00AA156D" w:rsidRDefault="00AA156D"/>
        </w:tc>
        <w:tc>
          <w:tcPr>
            <w:tcW w:w="1440" w:type="dxa"/>
          </w:tcPr>
          <w:p w14:paraId="30FE9498" w14:textId="77777777" w:rsidR="00AA156D" w:rsidRDefault="00AA156D"/>
        </w:tc>
        <w:tc>
          <w:tcPr>
            <w:tcW w:w="1440" w:type="dxa"/>
          </w:tcPr>
          <w:p w14:paraId="31974A76" w14:textId="77777777" w:rsidR="00AA156D" w:rsidRDefault="00AA156D"/>
        </w:tc>
      </w:tr>
    </w:tbl>
    <w:p w14:paraId="50DB2177" w14:textId="77777777" w:rsidR="00AA156D" w:rsidRPr="001E63AF" w:rsidRDefault="00000000">
      <w:pPr>
        <w:pStyle w:val="Ttulo2"/>
        <w:rPr>
          <w:color w:val="auto"/>
        </w:rPr>
      </w:pPr>
      <w:r w:rsidRPr="001E63AF">
        <w:rPr>
          <w:color w:val="auto"/>
        </w:rPr>
        <w:t>3. Indicadores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AA156D" w:rsidRPr="001E63AF" w14:paraId="0E1EC01C" w14:textId="77777777" w:rsidTr="001E63AF">
        <w:tc>
          <w:tcPr>
            <w:tcW w:w="4320" w:type="dxa"/>
          </w:tcPr>
          <w:p w14:paraId="019FB4EA" w14:textId="77777777" w:rsidR="00AA156D" w:rsidRPr="001E63AF" w:rsidRDefault="00000000">
            <w:pPr>
              <w:rPr>
                <w:lang w:val="pt-BR"/>
              </w:rPr>
            </w:pPr>
            <w:r w:rsidRPr="001E63AF">
              <w:rPr>
                <w:lang w:val="pt-BR"/>
              </w:rPr>
              <w:t>Total de mudas plantadas (NMT)</w:t>
            </w:r>
          </w:p>
        </w:tc>
        <w:tc>
          <w:tcPr>
            <w:tcW w:w="4320" w:type="dxa"/>
          </w:tcPr>
          <w:p w14:paraId="66EC30F3" w14:textId="77777777" w:rsidR="00AA156D" w:rsidRPr="001E63AF" w:rsidRDefault="00AA156D">
            <w:pPr>
              <w:rPr>
                <w:lang w:val="pt-BR"/>
              </w:rPr>
            </w:pPr>
          </w:p>
        </w:tc>
      </w:tr>
      <w:tr w:rsidR="00AA156D" w:rsidRPr="001E63AF" w14:paraId="6DFF99E6" w14:textId="77777777" w:rsidTr="001E63AF">
        <w:tc>
          <w:tcPr>
            <w:tcW w:w="4320" w:type="dxa"/>
          </w:tcPr>
          <w:p w14:paraId="4CBCAB57" w14:textId="77777777" w:rsidR="00AA156D" w:rsidRPr="001E63AF" w:rsidRDefault="00000000">
            <w:pPr>
              <w:rPr>
                <w:lang w:val="pt-BR"/>
              </w:rPr>
            </w:pPr>
            <w:r w:rsidRPr="001E63AF">
              <w:rPr>
                <w:lang w:val="pt-BR"/>
              </w:rPr>
              <w:t>Total de mudas vivas (NMV)</w:t>
            </w:r>
          </w:p>
        </w:tc>
        <w:tc>
          <w:tcPr>
            <w:tcW w:w="4320" w:type="dxa"/>
          </w:tcPr>
          <w:p w14:paraId="7D061925" w14:textId="77777777" w:rsidR="00AA156D" w:rsidRPr="001E63AF" w:rsidRDefault="00AA156D">
            <w:pPr>
              <w:rPr>
                <w:lang w:val="pt-BR"/>
              </w:rPr>
            </w:pPr>
          </w:p>
        </w:tc>
      </w:tr>
      <w:tr w:rsidR="00AA156D" w14:paraId="1B205E57" w14:textId="77777777" w:rsidTr="001E63AF">
        <w:tc>
          <w:tcPr>
            <w:tcW w:w="4320" w:type="dxa"/>
          </w:tcPr>
          <w:p w14:paraId="01BFF755" w14:textId="77777777" w:rsidR="00AA156D" w:rsidRDefault="00000000">
            <w:r>
              <w:t xml:space="preserve">Total de </w:t>
            </w:r>
            <w:proofErr w:type="spellStart"/>
            <w:r>
              <w:t>mudas</w:t>
            </w:r>
            <w:proofErr w:type="spellEnd"/>
            <w:r>
              <w:t xml:space="preserve"> </w:t>
            </w:r>
            <w:proofErr w:type="spellStart"/>
            <w:r>
              <w:t>mortas</w:t>
            </w:r>
            <w:proofErr w:type="spellEnd"/>
          </w:p>
        </w:tc>
        <w:tc>
          <w:tcPr>
            <w:tcW w:w="4320" w:type="dxa"/>
          </w:tcPr>
          <w:p w14:paraId="3C802536" w14:textId="77777777" w:rsidR="00AA156D" w:rsidRDefault="00AA156D"/>
        </w:tc>
      </w:tr>
      <w:tr w:rsidR="00AA156D" w14:paraId="5635512A" w14:textId="77777777" w:rsidTr="001E63AF">
        <w:tc>
          <w:tcPr>
            <w:tcW w:w="4320" w:type="dxa"/>
          </w:tcPr>
          <w:p w14:paraId="43CFF24B" w14:textId="77777777" w:rsidR="00AA156D" w:rsidRDefault="00000000">
            <w:r>
              <w:t>Total de mudas ausentes</w:t>
            </w:r>
          </w:p>
        </w:tc>
        <w:tc>
          <w:tcPr>
            <w:tcW w:w="4320" w:type="dxa"/>
          </w:tcPr>
          <w:p w14:paraId="1B8EF40D" w14:textId="77777777" w:rsidR="00AA156D" w:rsidRDefault="00AA156D"/>
        </w:tc>
      </w:tr>
      <w:tr w:rsidR="00AA156D" w:rsidRPr="001E63AF" w14:paraId="65F1A974" w14:textId="77777777" w:rsidTr="001E63AF">
        <w:tc>
          <w:tcPr>
            <w:tcW w:w="4320" w:type="dxa"/>
          </w:tcPr>
          <w:p w14:paraId="5677AC2C" w14:textId="77777777" w:rsidR="00AA156D" w:rsidRPr="001E63AF" w:rsidRDefault="00000000">
            <w:pPr>
              <w:rPr>
                <w:lang w:val="pt-BR"/>
              </w:rPr>
            </w:pPr>
            <w:r w:rsidRPr="001E63AF">
              <w:rPr>
                <w:lang w:val="pt-BR"/>
              </w:rPr>
              <w:lastRenderedPageBreak/>
              <w:t>Taxa de Sobrevivência (TS = NMV ÷ NMT × 100)</w:t>
            </w:r>
          </w:p>
        </w:tc>
        <w:tc>
          <w:tcPr>
            <w:tcW w:w="4320" w:type="dxa"/>
          </w:tcPr>
          <w:p w14:paraId="4814EDC0" w14:textId="77777777" w:rsidR="00AA156D" w:rsidRPr="001E63AF" w:rsidRDefault="00AA156D">
            <w:pPr>
              <w:rPr>
                <w:lang w:val="pt-BR"/>
              </w:rPr>
            </w:pPr>
          </w:p>
        </w:tc>
      </w:tr>
      <w:tr w:rsidR="00AA156D" w:rsidRPr="001E63AF" w14:paraId="4A598598" w14:textId="77777777" w:rsidTr="001E63AF">
        <w:tc>
          <w:tcPr>
            <w:tcW w:w="4320" w:type="dxa"/>
          </w:tcPr>
          <w:p w14:paraId="02FEA4A8" w14:textId="77777777" w:rsidR="00AA156D" w:rsidRPr="001E63AF" w:rsidRDefault="00AA156D">
            <w:pPr>
              <w:rPr>
                <w:lang w:val="pt-BR"/>
              </w:rPr>
            </w:pPr>
          </w:p>
        </w:tc>
        <w:tc>
          <w:tcPr>
            <w:tcW w:w="4320" w:type="dxa"/>
          </w:tcPr>
          <w:p w14:paraId="7DFF6884" w14:textId="77777777" w:rsidR="00AA156D" w:rsidRPr="001E63AF" w:rsidRDefault="00AA156D">
            <w:pPr>
              <w:rPr>
                <w:lang w:val="pt-BR"/>
              </w:rPr>
            </w:pPr>
          </w:p>
        </w:tc>
      </w:tr>
    </w:tbl>
    <w:p w14:paraId="6766E984" w14:textId="77777777" w:rsidR="005952B7" w:rsidRPr="001E63AF" w:rsidRDefault="005952B7">
      <w:pPr>
        <w:rPr>
          <w:lang w:val="pt-BR"/>
        </w:rPr>
      </w:pPr>
    </w:p>
    <w:sectPr w:rsidR="005952B7" w:rsidRPr="001E63A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9359909">
    <w:abstractNumId w:val="8"/>
  </w:num>
  <w:num w:numId="2" w16cid:durableId="765033065">
    <w:abstractNumId w:val="6"/>
  </w:num>
  <w:num w:numId="3" w16cid:durableId="1529828863">
    <w:abstractNumId w:val="5"/>
  </w:num>
  <w:num w:numId="4" w16cid:durableId="185877245">
    <w:abstractNumId w:val="4"/>
  </w:num>
  <w:num w:numId="5" w16cid:durableId="1004481622">
    <w:abstractNumId w:val="7"/>
  </w:num>
  <w:num w:numId="6" w16cid:durableId="1379088272">
    <w:abstractNumId w:val="3"/>
  </w:num>
  <w:num w:numId="7" w16cid:durableId="119955356">
    <w:abstractNumId w:val="2"/>
  </w:num>
  <w:num w:numId="8" w16cid:durableId="1802922023">
    <w:abstractNumId w:val="1"/>
  </w:num>
  <w:num w:numId="9" w16cid:durableId="105587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63AF"/>
    <w:rsid w:val="0029639D"/>
    <w:rsid w:val="002F549B"/>
    <w:rsid w:val="00326F90"/>
    <w:rsid w:val="005952B7"/>
    <w:rsid w:val="00AA156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86EDC0"/>
  <w14:defaultImageDpi w14:val="300"/>
  <w15:docId w15:val="{EC151FAF-5863-44CE-8D5E-BB008BC8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Marcela de Amorim</cp:lastModifiedBy>
  <cp:revision>2</cp:revision>
  <dcterms:created xsi:type="dcterms:W3CDTF">2013-12-23T23:15:00Z</dcterms:created>
  <dcterms:modified xsi:type="dcterms:W3CDTF">2026-07-16T17:02:00Z</dcterms:modified>
  <cp:category/>
</cp:coreProperties>
</file>